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8" w:type="dxa"/>
        <w:jc w:val="center"/>
        <w:tblLayout w:type="fixed"/>
        <w:tblLook w:val="04A0" w:firstRow="1" w:lastRow="0" w:firstColumn="1" w:lastColumn="0" w:noHBand="0" w:noVBand="1"/>
      </w:tblPr>
      <w:tblGrid>
        <w:gridCol w:w="1512"/>
        <w:gridCol w:w="8856"/>
      </w:tblGrid>
      <w:tr w:rsidR="0012384B" w14:paraId="025C6D77" w14:textId="77777777">
        <w:trPr>
          <w:jc w:val="center"/>
        </w:trPr>
        <w:tc>
          <w:tcPr>
            <w:tcW w:w="1512" w:type="dxa"/>
            <w:tcBorders>
              <w:top w:val="nil"/>
              <w:left w:val="nil"/>
              <w:bottom w:val="nil"/>
              <w:right w:val="nil"/>
            </w:tcBorders>
            <w:tcMar>
              <w:top w:w="0" w:type="dxa"/>
              <w:left w:w="0" w:type="dxa"/>
              <w:bottom w:w="0" w:type="dxa"/>
              <w:right w:w="0" w:type="dxa"/>
            </w:tcMar>
            <w:vAlign w:val="center"/>
          </w:tcPr>
          <w:p w14:paraId="77CE5A08" w14:textId="77777777" w:rsidR="0012384B" w:rsidRDefault="00D16284">
            <w:pPr>
              <w:spacing w:after="0" w:line="240" w:lineRule="auto"/>
              <w:jc w:val="center"/>
            </w:pPr>
            <w:r>
              <w:rPr>
                <w:noProof/>
                <w:sz w:val="16"/>
              </w:rPr>
              <w:drawing>
                <wp:inline distT="0" distB="0" distL="0" distR="0" wp14:anchorId="48AB003F" wp14:editId="63353CDD">
                  <wp:extent cx="658368" cy="6583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e_Oak_Owls_logo(1).png"/>
                          <pic:cNvPicPr/>
                        </pic:nvPicPr>
                        <pic:blipFill>
                          <a:blip r:embed="rId6"/>
                          <a:stretch>
                            <a:fillRect/>
                          </a:stretch>
                        </pic:blipFill>
                        <pic:spPr>
                          <a:xfrm>
                            <a:off x="0" y="0"/>
                            <a:ext cx="658368" cy="658368"/>
                          </a:xfrm>
                          <a:prstGeom prst="rect">
                            <a:avLst/>
                          </a:prstGeom>
                        </pic:spPr>
                      </pic:pic>
                    </a:graphicData>
                  </a:graphic>
                </wp:inline>
              </w:drawing>
            </w:r>
          </w:p>
        </w:tc>
        <w:tc>
          <w:tcPr>
            <w:tcW w:w="8856" w:type="dxa"/>
            <w:tcBorders>
              <w:top w:val="nil"/>
              <w:left w:val="nil"/>
              <w:bottom w:val="nil"/>
              <w:right w:val="nil"/>
            </w:tcBorders>
            <w:tcMar>
              <w:top w:w="0" w:type="dxa"/>
              <w:left w:w="0" w:type="dxa"/>
              <w:bottom w:w="0" w:type="dxa"/>
              <w:right w:w="0" w:type="dxa"/>
            </w:tcMar>
            <w:vAlign w:val="center"/>
          </w:tcPr>
          <w:p w14:paraId="4260E82E" w14:textId="77777777" w:rsidR="0012384B" w:rsidRDefault="00D16284">
            <w:pPr>
              <w:spacing w:after="0" w:line="240" w:lineRule="auto"/>
            </w:pPr>
            <w:r>
              <w:rPr>
                <w:b/>
                <w:color w:val="D4AF37"/>
                <w:sz w:val="16"/>
              </w:rPr>
              <w:t>GREAT HEARTS LIVE OAK PSO</w:t>
            </w:r>
          </w:p>
          <w:p w14:paraId="1AB80F8B" w14:textId="77777777" w:rsidR="0012384B" w:rsidRDefault="00D16284">
            <w:pPr>
              <w:spacing w:after="0" w:line="240" w:lineRule="auto"/>
            </w:pPr>
            <w:r>
              <w:rPr>
                <w:b/>
                <w:color w:val="111111"/>
                <w:sz w:val="16"/>
              </w:rPr>
              <w:t>AMPHORA FALL FESTIVAL</w:t>
            </w:r>
          </w:p>
          <w:p w14:paraId="22391161" w14:textId="77777777" w:rsidR="0012384B" w:rsidRDefault="00D16284">
            <w:pPr>
              <w:spacing w:after="0" w:line="240" w:lineRule="auto"/>
            </w:pPr>
            <w:r>
              <w:rPr>
                <w:b/>
                <w:color w:val="666666"/>
                <w:sz w:val="16"/>
              </w:rPr>
              <w:t>2026 SPONSOR COMMITMENT FORM</w:t>
            </w:r>
          </w:p>
        </w:tc>
      </w:tr>
    </w:tbl>
    <w:p w14:paraId="2EE01CB0" w14:textId="77777777" w:rsidR="0012384B" w:rsidRDefault="00D16284">
      <w:pPr>
        <w:spacing w:before="40" w:after="40"/>
        <w:jc w:val="center"/>
      </w:pPr>
      <w:r>
        <w:rPr>
          <w:b/>
        </w:rPr>
        <w:t>Saturday, November 14, 2026  |  Confirmation Deadline: October 15, 2026</w:t>
      </w:r>
    </w:p>
    <w:tbl>
      <w:tblPr>
        <w:tblW w:w="10368" w:type="dxa"/>
        <w:jc w:val="center"/>
        <w:tblLayout w:type="fixed"/>
        <w:tblLook w:val="04A0" w:firstRow="1" w:lastRow="0" w:firstColumn="1" w:lastColumn="0" w:noHBand="0" w:noVBand="1"/>
      </w:tblPr>
      <w:tblGrid>
        <w:gridCol w:w="10368"/>
      </w:tblGrid>
      <w:tr w:rsidR="0012384B" w14:paraId="6F4F0550" w14:textId="77777777">
        <w:trPr>
          <w:jc w:val="center"/>
        </w:trPr>
        <w:tc>
          <w:tcPr>
            <w:tcW w:w="10368" w:type="dxa"/>
            <w:tcBorders>
              <w:top w:val="single" w:sz="10" w:space="0" w:color="D4AF37"/>
              <w:left w:val="single" w:sz="10" w:space="0" w:color="D4AF37"/>
              <w:bottom w:val="single" w:sz="10" w:space="0" w:color="D4AF37"/>
              <w:right w:val="single" w:sz="10" w:space="0" w:color="D4AF37"/>
            </w:tcBorders>
            <w:shd w:val="clear" w:color="auto" w:fill="F6F1DE"/>
            <w:tcMar>
              <w:top w:w="65" w:type="dxa"/>
              <w:left w:w="110" w:type="dxa"/>
              <w:bottom w:w="65" w:type="dxa"/>
              <w:right w:w="110" w:type="dxa"/>
            </w:tcMar>
            <w:vAlign w:val="center"/>
          </w:tcPr>
          <w:p w14:paraId="66B95717" w14:textId="77777777" w:rsidR="0012384B" w:rsidRDefault="00D16284">
            <w:pPr>
              <w:spacing w:after="0" w:line="240" w:lineRule="auto"/>
            </w:pPr>
            <w:r>
              <w:rPr>
                <w:sz w:val="17"/>
              </w:rPr>
              <w:t>Thank you for supporting the GHLO Amphora Fall Festival. Please complete this form to confirm your sponsorship selection. Sponsor recognition and benefits are subject to final confirmation, production deadlines, and applicable GHLO/Great Hearts policies.</w:t>
            </w:r>
          </w:p>
        </w:tc>
      </w:tr>
    </w:tbl>
    <w:p w14:paraId="458BC6D9" w14:textId="77777777" w:rsidR="0012384B" w:rsidRDefault="00D16284">
      <w:pPr>
        <w:spacing w:before="60" w:after="40"/>
      </w:pPr>
      <w:r>
        <w:rPr>
          <w:b/>
          <w:color w:val="111111"/>
          <w:sz w:val="21"/>
        </w:rPr>
        <w:t>SPONSOR INFORMATION</w:t>
      </w:r>
    </w:p>
    <w:p w14:paraId="1E58452E" w14:textId="77777777" w:rsidR="0012384B" w:rsidRDefault="00D16284">
      <w:pPr>
        <w:spacing w:after="30" w:line="240" w:lineRule="auto"/>
      </w:pPr>
      <w:r>
        <w:rPr>
          <w:b/>
          <w:sz w:val="17"/>
        </w:rPr>
        <w:t xml:space="preserve">Business / Organization: </w:t>
      </w:r>
      <w:r>
        <w:rPr>
          <w:sz w:val="17"/>
        </w:rPr>
        <w:t>__________________________________________________________________</w:t>
      </w:r>
    </w:p>
    <w:p w14:paraId="3B62C117" w14:textId="77777777" w:rsidR="0012384B" w:rsidRDefault="00D16284">
      <w:pPr>
        <w:spacing w:after="30" w:line="240" w:lineRule="auto"/>
      </w:pPr>
      <w:r>
        <w:rPr>
          <w:b/>
          <w:sz w:val="17"/>
        </w:rPr>
        <w:t xml:space="preserve">Primary Contact: </w:t>
      </w:r>
      <w:r>
        <w:rPr>
          <w:sz w:val="17"/>
        </w:rPr>
        <w:t>_____________________________</w:t>
      </w:r>
      <w:r>
        <w:t xml:space="preserve">    </w:t>
      </w:r>
    </w:p>
    <w:p w14:paraId="56965EDA" w14:textId="77777777" w:rsidR="0012384B" w:rsidRDefault="00D16284">
      <w:pPr>
        <w:spacing w:after="30" w:line="240" w:lineRule="auto"/>
      </w:pPr>
      <w:r>
        <w:rPr>
          <w:b/>
          <w:sz w:val="17"/>
        </w:rPr>
        <w:t xml:space="preserve">Email: </w:t>
      </w:r>
      <w:r>
        <w:t xml:space="preserve">______________________________________   </w:t>
      </w:r>
      <w:r>
        <w:rPr>
          <w:b/>
          <w:sz w:val="17"/>
        </w:rPr>
        <w:t xml:space="preserve">Phone: </w:t>
      </w:r>
      <w:r>
        <w:t>______________________</w:t>
      </w:r>
    </w:p>
    <w:p w14:paraId="61C1C6AE" w14:textId="77777777" w:rsidR="0012384B" w:rsidRDefault="00D16284">
      <w:pPr>
        <w:spacing w:after="30" w:line="240" w:lineRule="auto"/>
      </w:pPr>
      <w:r>
        <w:rPr>
          <w:b/>
          <w:sz w:val="17"/>
        </w:rPr>
        <w:t xml:space="preserve">Website / Social Media: </w:t>
      </w:r>
      <w:r>
        <w:t>____________________________________________________</w:t>
      </w:r>
    </w:p>
    <w:p w14:paraId="61EFFA38" w14:textId="77777777" w:rsidR="0012384B" w:rsidRDefault="00D16284">
      <w:pPr>
        <w:spacing w:after="40" w:line="240" w:lineRule="auto"/>
      </w:pPr>
      <w:r>
        <w:rPr>
          <w:b/>
          <w:sz w:val="17"/>
        </w:rPr>
        <w:t xml:space="preserve">Name as it should appear publicly: </w:t>
      </w:r>
      <w:r>
        <w:t>_____________________________________________</w:t>
      </w:r>
    </w:p>
    <w:p w14:paraId="4E5F1D98" w14:textId="77777777" w:rsidR="0012384B" w:rsidRDefault="00D16284">
      <w:pPr>
        <w:spacing w:before="60" w:after="40"/>
      </w:pPr>
      <w:r>
        <w:rPr>
          <w:b/>
          <w:sz w:val="21"/>
        </w:rPr>
        <w:t>SELECT SPONSORSHIP</w:t>
      </w:r>
    </w:p>
    <w:tbl>
      <w:tblPr>
        <w:tblW w:w="10368" w:type="dxa"/>
        <w:jc w:val="center"/>
        <w:tblLayout w:type="fixed"/>
        <w:tblLook w:val="04A0" w:firstRow="1" w:lastRow="0" w:firstColumn="1" w:lastColumn="0" w:noHBand="0" w:noVBand="1"/>
      </w:tblPr>
      <w:tblGrid>
        <w:gridCol w:w="2880"/>
        <w:gridCol w:w="1296"/>
        <w:gridCol w:w="6192"/>
      </w:tblGrid>
      <w:tr w:rsidR="0012384B" w14:paraId="034A0520" w14:textId="77777777">
        <w:trPr>
          <w:tblHeader/>
          <w:jc w:val="center"/>
        </w:trPr>
        <w:tc>
          <w:tcPr>
            <w:tcW w:w="2880" w:type="dxa"/>
            <w:shd w:val="clear" w:color="auto" w:fill="111111"/>
            <w:tcMar>
              <w:top w:w="50" w:type="dxa"/>
              <w:left w:w="70" w:type="dxa"/>
              <w:bottom w:w="50" w:type="dxa"/>
              <w:right w:w="70" w:type="dxa"/>
            </w:tcMar>
            <w:vAlign w:val="center"/>
          </w:tcPr>
          <w:p w14:paraId="31FF3599" w14:textId="77777777" w:rsidR="0012384B" w:rsidRDefault="00D16284">
            <w:pPr>
              <w:spacing w:after="0" w:line="240" w:lineRule="auto"/>
              <w:jc w:val="center"/>
            </w:pPr>
            <w:r>
              <w:rPr>
                <w:b/>
                <w:color w:val="FFFFFF"/>
              </w:rPr>
              <w:t>Level</w:t>
            </w:r>
          </w:p>
        </w:tc>
        <w:tc>
          <w:tcPr>
            <w:tcW w:w="1296" w:type="dxa"/>
            <w:shd w:val="clear" w:color="auto" w:fill="111111"/>
            <w:tcMar>
              <w:top w:w="50" w:type="dxa"/>
              <w:left w:w="70" w:type="dxa"/>
              <w:bottom w:w="50" w:type="dxa"/>
              <w:right w:w="70" w:type="dxa"/>
            </w:tcMar>
            <w:vAlign w:val="center"/>
          </w:tcPr>
          <w:p w14:paraId="26B7FF35" w14:textId="77777777" w:rsidR="0012384B" w:rsidRDefault="00D16284">
            <w:pPr>
              <w:spacing w:after="0" w:line="240" w:lineRule="auto"/>
              <w:jc w:val="center"/>
            </w:pPr>
            <w:r>
              <w:rPr>
                <w:b/>
                <w:color w:val="FFFFFF"/>
              </w:rPr>
              <w:t>Contribution</w:t>
            </w:r>
          </w:p>
        </w:tc>
        <w:tc>
          <w:tcPr>
            <w:tcW w:w="6192" w:type="dxa"/>
            <w:shd w:val="clear" w:color="auto" w:fill="111111"/>
            <w:tcMar>
              <w:top w:w="50" w:type="dxa"/>
              <w:left w:w="70" w:type="dxa"/>
              <w:bottom w:w="50" w:type="dxa"/>
              <w:right w:w="70" w:type="dxa"/>
            </w:tcMar>
            <w:vAlign w:val="center"/>
          </w:tcPr>
          <w:p w14:paraId="7BC658CF" w14:textId="77777777" w:rsidR="0012384B" w:rsidRDefault="00D16284">
            <w:pPr>
              <w:spacing w:after="0" w:line="240" w:lineRule="auto"/>
              <w:jc w:val="center"/>
            </w:pPr>
            <w:r>
              <w:rPr>
                <w:b/>
                <w:color w:val="FFFFFF"/>
              </w:rPr>
              <w:t>Recognition &amp; Benefits</w:t>
            </w:r>
          </w:p>
        </w:tc>
      </w:tr>
      <w:tr w:rsidR="0012384B" w14:paraId="51D2607F" w14:textId="77777777">
        <w:trPr>
          <w:jc w:val="center"/>
        </w:trPr>
        <w:tc>
          <w:tcPr>
            <w:tcW w:w="2880" w:type="dxa"/>
            <w:tcBorders>
              <w:bottom w:val="single" w:sz="4" w:space="0" w:color="D9D9D9"/>
            </w:tcBorders>
            <w:tcMar>
              <w:top w:w="50" w:type="dxa"/>
              <w:left w:w="70" w:type="dxa"/>
              <w:bottom w:w="50" w:type="dxa"/>
              <w:right w:w="70" w:type="dxa"/>
            </w:tcMar>
            <w:vAlign w:val="center"/>
          </w:tcPr>
          <w:p w14:paraId="49B33CEB" w14:textId="77777777" w:rsidR="0012384B" w:rsidRDefault="00D16284">
            <w:pPr>
              <w:spacing w:after="0" w:line="240" w:lineRule="auto"/>
            </w:pPr>
            <w:r>
              <w:rPr>
                <w:b/>
              </w:rPr>
              <w:t>☐</w:t>
            </w:r>
            <w:r>
              <w:rPr>
                <w:b/>
              </w:rPr>
              <w:t xml:space="preserve"> Community Friend</w:t>
            </w:r>
          </w:p>
        </w:tc>
        <w:tc>
          <w:tcPr>
            <w:tcW w:w="1296" w:type="dxa"/>
            <w:tcBorders>
              <w:bottom w:val="single" w:sz="4" w:space="0" w:color="D9D9D9"/>
            </w:tcBorders>
            <w:tcMar>
              <w:top w:w="50" w:type="dxa"/>
              <w:left w:w="70" w:type="dxa"/>
              <w:bottom w:w="50" w:type="dxa"/>
              <w:right w:w="70" w:type="dxa"/>
            </w:tcMar>
            <w:vAlign w:val="center"/>
          </w:tcPr>
          <w:p w14:paraId="7C34E839" w14:textId="77777777" w:rsidR="0012384B" w:rsidRDefault="00D16284">
            <w:pPr>
              <w:spacing w:after="0" w:line="240" w:lineRule="auto"/>
              <w:jc w:val="center"/>
            </w:pPr>
            <w:r>
              <w:t>$100</w:t>
            </w:r>
          </w:p>
        </w:tc>
        <w:tc>
          <w:tcPr>
            <w:tcW w:w="6192" w:type="dxa"/>
            <w:tcBorders>
              <w:bottom w:val="single" w:sz="4" w:space="0" w:color="D9D9D9"/>
            </w:tcBorders>
            <w:tcMar>
              <w:top w:w="50" w:type="dxa"/>
              <w:left w:w="70" w:type="dxa"/>
              <w:bottom w:w="50" w:type="dxa"/>
              <w:right w:w="70" w:type="dxa"/>
            </w:tcMar>
            <w:vAlign w:val="center"/>
          </w:tcPr>
          <w:p w14:paraId="14BDD649" w14:textId="77777777" w:rsidR="0012384B" w:rsidRDefault="00D16284">
            <w:pPr>
              <w:spacing w:after="0" w:line="240" w:lineRule="auto"/>
            </w:pPr>
            <w:r>
              <w:rPr>
                <w:sz w:val="17"/>
              </w:rPr>
              <w:t>Name on festival sponsor signage + sponsor thank-you recognition.</w:t>
            </w:r>
          </w:p>
        </w:tc>
      </w:tr>
      <w:tr w:rsidR="0012384B" w14:paraId="35531581" w14:textId="77777777">
        <w:trPr>
          <w:jc w:val="center"/>
        </w:trPr>
        <w:tc>
          <w:tcPr>
            <w:tcW w:w="2880" w:type="dxa"/>
            <w:tcBorders>
              <w:bottom w:val="single" w:sz="4" w:space="0" w:color="D9D9D9"/>
            </w:tcBorders>
            <w:tcMar>
              <w:top w:w="50" w:type="dxa"/>
              <w:left w:w="70" w:type="dxa"/>
              <w:bottom w:w="50" w:type="dxa"/>
              <w:right w:w="70" w:type="dxa"/>
            </w:tcMar>
            <w:vAlign w:val="center"/>
          </w:tcPr>
          <w:p w14:paraId="0ECCC7E6" w14:textId="77777777" w:rsidR="0012384B" w:rsidRDefault="00D16284">
            <w:pPr>
              <w:spacing w:after="0" w:line="240" w:lineRule="auto"/>
            </w:pPr>
            <w:r>
              <w:rPr>
                <w:b/>
              </w:rPr>
              <w:t>☐</w:t>
            </w:r>
            <w:r>
              <w:rPr>
                <w:b/>
              </w:rPr>
              <w:t xml:space="preserve"> Owl Supporter</w:t>
            </w:r>
          </w:p>
        </w:tc>
        <w:tc>
          <w:tcPr>
            <w:tcW w:w="1296" w:type="dxa"/>
            <w:tcBorders>
              <w:bottom w:val="single" w:sz="4" w:space="0" w:color="D9D9D9"/>
            </w:tcBorders>
            <w:tcMar>
              <w:top w:w="50" w:type="dxa"/>
              <w:left w:w="70" w:type="dxa"/>
              <w:bottom w:w="50" w:type="dxa"/>
              <w:right w:w="70" w:type="dxa"/>
            </w:tcMar>
            <w:vAlign w:val="center"/>
          </w:tcPr>
          <w:p w14:paraId="611D7B46" w14:textId="77777777" w:rsidR="0012384B" w:rsidRDefault="00D16284">
            <w:pPr>
              <w:spacing w:after="0" w:line="240" w:lineRule="auto"/>
              <w:jc w:val="center"/>
            </w:pPr>
            <w:r>
              <w:t>$250</w:t>
            </w:r>
          </w:p>
        </w:tc>
        <w:tc>
          <w:tcPr>
            <w:tcW w:w="6192" w:type="dxa"/>
            <w:tcBorders>
              <w:bottom w:val="single" w:sz="4" w:space="0" w:color="D9D9D9"/>
            </w:tcBorders>
            <w:tcMar>
              <w:top w:w="50" w:type="dxa"/>
              <w:left w:w="70" w:type="dxa"/>
              <w:bottom w:w="50" w:type="dxa"/>
              <w:right w:w="70" w:type="dxa"/>
            </w:tcMar>
            <w:vAlign w:val="center"/>
          </w:tcPr>
          <w:p w14:paraId="430F1987" w14:textId="77777777" w:rsidR="0012384B" w:rsidRDefault="00D16284">
            <w:pPr>
              <w:spacing w:after="0" w:line="240" w:lineRule="auto"/>
            </w:pPr>
            <w:r>
              <w:rPr>
                <w:sz w:val="17"/>
              </w:rPr>
              <w:t>Community Friend benefits + logo on sponsor board, digital recognition, and DJ recognition when appropriate.</w:t>
            </w:r>
          </w:p>
        </w:tc>
      </w:tr>
      <w:tr w:rsidR="0012384B" w14:paraId="716E99D6" w14:textId="77777777">
        <w:trPr>
          <w:jc w:val="center"/>
        </w:trPr>
        <w:tc>
          <w:tcPr>
            <w:tcW w:w="2880" w:type="dxa"/>
            <w:tcBorders>
              <w:bottom w:val="single" w:sz="4" w:space="0" w:color="D9D9D9"/>
            </w:tcBorders>
            <w:tcMar>
              <w:top w:w="50" w:type="dxa"/>
              <w:left w:w="70" w:type="dxa"/>
              <w:bottom w:w="50" w:type="dxa"/>
              <w:right w:w="70" w:type="dxa"/>
            </w:tcMar>
            <w:vAlign w:val="center"/>
          </w:tcPr>
          <w:p w14:paraId="4F6CB7F3" w14:textId="77777777" w:rsidR="0012384B" w:rsidRDefault="00D16284">
            <w:pPr>
              <w:spacing w:after="0" w:line="240" w:lineRule="auto"/>
            </w:pPr>
            <w:r>
              <w:rPr>
                <w:b/>
              </w:rPr>
              <w:t>☐</w:t>
            </w:r>
            <w:r>
              <w:rPr>
                <w:b/>
              </w:rPr>
              <w:t xml:space="preserve"> Amphora Partner</w:t>
            </w:r>
          </w:p>
        </w:tc>
        <w:tc>
          <w:tcPr>
            <w:tcW w:w="1296" w:type="dxa"/>
            <w:tcBorders>
              <w:bottom w:val="single" w:sz="4" w:space="0" w:color="D9D9D9"/>
            </w:tcBorders>
            <w:tcMar>
              <w:top w:w="50" w:type="dxa"/>
              <w:left w:w="70" w:type="dxa"/>
              <w:bottom w:w="50" w:type="dxa"/>
              <w:right w:w="70" w:type="dxa"/>
            </w:tcMar>
            <w:vAlign w:val="center"/>
          </w:tcPr>
          <w:p w14:paraId="18D9C710" w14:textId="77777777" w:rsidR="0012384B" w:rsidRDefault="00D16284">
            <w:pPr>
              <w:spacing w:after="0" w:line="240" w:lineRule="auto"/>
              <w:jc w:val="center"/>
            </w:pPr>
            <w:r>
              <w:t>$500</w:t>
            </w:r>
          </w:p>
        </w:tc>
        <w:tc>
          <w:tcPr>
            <w:tcW w:w="6192" w:type="dxa"/>
            <w:tcBorders>
              <w:bottom w:val="single" w:sz="4" w:space="0" w:color="D9D9D9"/>
            </w:tcBorders>
            <w:tcMar>
              <w:top w:w="50" w:type="dxa"/>
              <w:left w:w="70" w:type="dxa"/>
              <w:bottom w:w="50" w:type="dxa"/>
              <w:right w:w="70" w:type="dxa"/>
            </w:tcMar>
            <w:vAlign w:val="center"/>
          </w:tcPr>
          <w:p w14:paraId="75B665DC" w14:textId="77777777" w:rsidR="0012384B" w:rsidRDefault="00D16284">
            <w:pPr>
              <w:spacing w:after="0" w:line="240" w:lineRule="auto"/>
            </w:pPr>
            <w:r>
              <w:rPr>
                <w:sz w:val="17"/>
              </w:rPr>
              <w:t>Owl Supporter benefits + larger logo, complimentary external booth, selected DJ recognition, and approved booth promotional materials.</w:t>
            </w:r>
          </w:p>
        </w:tc>
      </w:tr>
      <w:tr w:rsidR="0012384B" w14:paraId="1F1F5CA5" w14:textId="77777777">
        <w:trPr>
          <w:jc w:val="center"/>
        </w:trPr>
        <w:tc>
          <w:tcPr>
            <w:tcW w:w="2880" w:type="dxa"/>
            <w:tcBorders>
              <w:bottom w:val="single" w:sz="4" w:space="0" w:color="D9D9D9"/>
            </w:tcBorders>
            <w:tcMar>
              <w:top w:w="50" w:type="dxa"/>
              <w:left w:w="70" w:type="dxa"/>
              <w:bottom w:w="50" w:type="dxa"/>
              <w:right w:w="70" w:type="dxa"/>
            </w:tcMar>
            <w:vAlign w:val="center"/>
          </w:tcPr>
          <w:p w14:paraId="3B109CC1" w14:textId="77777777" w:rsidR="0012384B" w:rsidRDefault="00D16284">
            <w:pPr>
              <w:spacing w:after="0" w:line="240" w:lineRule="auto"/>
            </w:pPr>
            <w:r>
              <w:rPr>
                <w:b/>
              </w:rPr>
              <w:t>☐</w:t>
            </w:r>
            <w:r>
              <w:rPr>
                <w:b/>
              </w:rPr>
              <w:t xml:space="preserve"> Gold Sponsor</w:t>
            </w:r>
          </w:p>
        </w:tc>
        <w:tc>
          <w:tcPr>
            <w:tcW w:w="1296" w:type="dxa"/>
            <w:tcBorders>
              <w:bottom w:val="single" w:sz="4" w:space="0" w:color="D9D9D9"/>
            </w:tcBorders>
            <w:tcMar>
              <w:top w:w="50" w:type="dxa"/>
              <w:left w:w="70" w:type="dxa"/>
              <w:bottom w:w="50" w:type="dxa"/>
              <w:right w:w="70" w:type="dxa"/>
            </w:tcMar>
            <w:vAlign w:val="center"/>
          </w:tcPr>
          <w:p w14:paraId="075A7541" w14:textId="77777777" w:rsidR="0012384B" w:rsidRDefault="00D16284">
            <w:pPr>
              <w:spacing w:after="0" w:line="240" w:lineRule="auto"/>
              <w:jc w:val="center"/>
            </w:pPr>
            <w:r>
              <w:t>$1,000</w:t>
            </w:r>
          </w:p>
        </w:tc>
        <w:tc>
          <w:tcPr>
            <w:tcW w:w="6192" w:type="dxa"/>
            <w:tcBorders>
              <w:bottom w:val="single" w:sz="4" w:space="0" w:color="D9D9D9"/>
            </w:tcBorders>
            <w:tcMar>
              <w:top w:w="50" w:type="dxa"/>
              <w:left w:w="70" w:type="dxa"/>
              <w:bottom w:w="50" w:type="dxa"/>
              <w:right w:w="70" w:type="dxa"/>
            </w:tcMar>
            <w:vAlign w:val="center"/>
          </w:tcPr>
          <w:p w14:paraId="3450E9A0" w14:textId="77777777" w:rsidR="0012384B" w:rsidRDefault="00D16284">
            <w:pPr>
              <w:spacing w:after="0" w:line="240" w:lineRule="auto"/>
            </w:pPr>
            <w:r>
              <w:rPr>
                <w:sz w:val="17"/>
              </w:rPr>
              <w:t>Amphora Partner benefits + premium logo/signage, complimentary booth, multiple recognitions, and designated attraction opportunity.</w:t>
            </w:r>
          </w:p>
        </w:tc>
      </w:tr>
      <w:tr w:rsidR="0012384B" w14:paraId="2B936FDF" w14:textId="77777777">
        <w:trPr>
          <w:jc w:val="center"/>
        </w:trPr>
        <w:tc>
          <w:tcPr>
            <w:tcW w:w="2880" w:type="dxa"/>
            <w:tcBorders>
              <w:bottom w:val="single" w:sz="4" w:space="0" w:color="D9D9D9"/>
            </w:tcBorders>
            <w:tcMar>
              <w:top w:w="50" w:type="dxa"/>
              <w:left w:w="70" w:type="dxa"/>
              <w:bottom w:w="50" w:type="dxa"/>
              <w:right w:w="70" w:type="dxa"/>
            </w:tcMar>
            <w:vAlign w:val="center"/>
          </w:tcPr>
          <w:p w14:paraId="1131DE4A" w14:textId="77777777" w:rsidR="0012384B" w:rsidRDefault="00D16284">
            <w:pPr>
              <w:spacing w:after="0" w:line="240" w:lineRule="auto"/>
            </w:pPr>
            <w:r>
              <w:rPr>
                <w:b/>
              </w:rPr>
              <w:t>☐</w:t>
            </w:r>
            <w:r>
              <w:rPr>
                <w:b/>
              </w:rPr>
              <w:t xml:space="preserve"> Presenting Sponsor</w:t>
            </w:r>
          </w:p>
        </w:tc>
        <w:tc>
          <w:tcPr>
            <w:tcW w:w="1296" w:type="dxa"/>
            <w:tcBorders>
              <w:bottom w:val="single" w:sz="4" w:space="0" w:color="D9D9D9"/>
            </w:tcBorders>
            <w:tcMar>
              <w:top w:w="50" w:type="dxa"/>
              <w:left w:w="70" w:type="dxa"/>
              <w:bottom w:w="50" w:type="dxa"/>
              <w:right w:w="70" w:type="dxa"/>
            </w:tcMar>
            <w:vAlign w:val="center"/>
          </w:tcPr>
          <w:p w14:paraId="41298723" w14:textId="77777777" w:rsidR="0012384B" w:rsidRDefault="00D16284">
            <w:pPr>
              <w:spacing w:after="0" w:line="240" w:lineRule="auto"/>
              <w:jc w:val="center"/>
            </w:pPr>
            <w:r>
              <w:t>$2,500+</w:t>
            </w:r>
          </w:p>
        </w:tc>
        <w:tc>
          <w:tcPr>
            <w:tcW w:w="6192" w:type="dxa"/>
            <w:tcBorders>
              <w:bottom w:val="single" w:sz="4" w:space="0" w:color="D9D9D9"/>
            </w:tcBorders>
            <w:tcMar>
              <w:top w:w="50" w:type="dxa"/>
              <w:left w:w="70" w:type="dxa"/>
              <w:bottom w:w="50" w:type="dxa"/>
              <w:right w:w="70" w:type="dxa"/>
            </w:tcMar>
            <w:vAlign w:val="center"/>
          </w:tcPr>
          <w:p w14:paraId="713223C7" w14:textId="77777777" w:rsidR="0012384B" w:rsidRDefault="00D16284">
            <w:pPr>
              <w:spacing w:after="0" w:line="240" w:lineRule="auto"/>
            </w:pPr>
            <w:r>
              <w:rPr>
                <w:sz w:val="17"/>
              </w:rPr>
              <w:t>Highest-level recognition, subject to GHLO approval: premium signage, booth, festival announcements, and major-area sponsorship.</w:t>
            </w:r>
          </w:p>
        </w:tc>
      </w:tr>
    </w:tbl>
    <w:p w14:paraId="52378B1D" w14:textId="77777777" w:rsidR="0012384B" w:rsidRDefault="00D16284">
      <w:pPr>
        <w:spacing w:before="60" w:after="40"/>
      </w:pPr>
      <w:r>
        <w:rPr>
          <w:b/>
          <w:sz w:val="20"/>
        </w:rPr>
        <w:t>OTHER SPONSORSHIP OPTIONS</w:t>
      </w:r>
    </w:p>
    <w:p w14:paraId="37E0ADDA" w14:textId="77777777" w:rsidR="0012384B" w:rsidRDefault="00D16284">
      <w:pPr>
        <w:spacing w:after="20" w:line="240" w:lineRule="auto"/>
      </w:pPr>
      <w:r>
        <w:rPr>
          <w:b/>
        </w:rPr>
        <w:t>Attraction Sponsorship - select one or more areas of interest:</w:t>
      </w:r>
    </w:p>
    <w:p w14:paraId="417A67A0" w14:textId="77777777" w:rsidR="0012384B" w:rsidRDefault="00D16284">
      <w:pPr>
        <w:spacing w:after="20" w:line="240" w:lineRule="auto"/>
      </w:pPr>
      <w:r>
        <w:rPr>
          <w:sz w:val="17"/>
        </w:rPr>
        <w:t>☐</w:t>
      </w:r>
      <w:r>
        <w:rPr>
          <w:sz w:val="17"/>
        </w:rPr>
        <w:t xml:space="preserve"> Cake Walk   ☐ Face Painting   ☐ Photo Area   ☐ Game Zone   ☐ Dodgeball</w:t>
      </w:r>
    </w:p>
    <w:p w14:paraId="0FE64064" w14:textId="77777777" w:rsidR="0012384B" w:rsidRDefault="00D16284">
      <w:pPr>
        <w:spacing w:after="20" w:line="240" w:lineRule="auto"/>
      </w:pPr>
      <w:r>
        <w:rPr>
          <w:sz w:val="17"/>
        </w:rPr>
        <w:t>☐</w:t>
      </w:r>
      <w:r>
        <w:rPr>
          <w:sz w:val="17"/>
        </w:rPr>
        <w:t xml:space="preserve"> Dunk Tank   ☐ Inflatable Zone   ☐ DJ / Entertainment   ☐ Main Activity Area</w:t>
      </w:r>
    </w:p>
    <w:p w14:paraId="0F40F8F3" w14:textId="77777777" w:rsidR="0012384B" w:rsidRDefault="00D16284">
      <w:pPr>
        <w:spacing w:after="20" w:line="240" w:lineRule="auto"/>
      </w:pPr>
      <w:r>
        <w:rPr>
          <w:sz w:val="17"/>
        </w:rPr>
        <w:t>☐</w:t>
      </w:r>
      <w:r>
        <w:rPr>
          <w:sz w:val="17"/>
        </w:rPr>
        <w:t xml:space="preserve"> Custom / Other Festival Need: ______________________________________________</w:t>
      </w:r>
    </w:p>
    <w:p w14:paraId="4A9B33BB" w14:textId="77777777" w:rsidR="0012384B" w:rsidRDefault="00D16284">
      <w:pPr>
        <w:spacing w:after="20" w:line="240" w:lineRule="auto"/>
      </w:pPr>
      <w:r>
        <w:rPr>
          <w:sz w:val="17"/>
        </w:rPr>
        <w:t>☐</w:t>
      </w:r>
      <w:r>
        <w:rPr>
          <w:sz w:val="17"/>
        </w:rPr>
        <w:t xml:space="preserve"> Attraction Sponsorship   Amount: $________________   Selected Area(s): ______________________________</w:t>
      </w:r>
    </w:p>
    <w:p w14:paraId="3F1C6247" w14:textId="77777777" w:rsidR="0012384B" w:rsidRDefault="00D16284">
      <w:pPr>
        <w:spacing w:after="20" w:line="240" w:lineRule="auto"/>
      </w:pPr>
      <w:r>
        <w:rPr>
          <w:sz w:val="17"/>
        </w:rPr>
        <w:t>☐</w:t>
      </w:r>
      <w:r>
        <w:rPr>
          <w:sz w:val="17"/>
        </w:rPr>
        <w:t xml:space="preserve"> In-Kind Donation / Sponsorship   Estimated Fair Value: $____________   Item / Service: __________________________</w:t>
      </w:r>
    </w:p>
    <w:p w14:paraId="3EF3135D" w14:textId="77777777" w:rsidR="0012384B" w:rsidRDefault="00D16284">
      <w:pPr>
        <w:spacing w:after="20" w:line="240" w:lineRule="auto"/>
      </w:pPr>
      <w:r>
        <w:rPr>
          <w:b/>
          <w:sz w:val="16"/>
        </w:rPr>
        <w:t>Examples of high-value / priority in-kind needs (not an exhaustive list):</w:t>
      </w:r>
    </w:p>
    <w:p w14:paraId="0E3A9AE6" w14:textId="77777777" w:rsidR="0012384B" w:rsidRDefault="00D16284">
      <w:pPr>
        <w:spacing w:after="20" w:line="240" w:lineRule="auto"/>
      </w:pPr>
      <w:r>
        <w:rPr>
          <w:sz w:val="15"/>
        </w:rPr>
        <w:t>☐</w:t>
      </w:r>
      <w:r>
        <w:rPr>
          <w:sz w:val="15"/>
        </w:rPr>
        <w:t xml:space="preserve"> Bottled water / ice   ☐ Cakes / desserts for Cake Walk   ☐ Game prizes / gift cards   ☐ Printing / banners / signs</w:t>
      </w:r>
    </w:p>
    <w:p w14:paraId="7955214C" w14:textId="77777777" w:rsidR="0012384B" w:rsidRDefault="00D16284">
      <w:pPr>
        <w:spacing w:after="20" w:line="240" w:lineRule="auto"/>
      </w:pPr>
      <w:r>
        <w:rPr>
          <w:sz w:val="15"/>
        </w:rPr>
        <w:t>☐</w:t>
      </w:r>
      <w:r>
        <w:rPr>
          <w:sz w:val="15"/>
        </w:rPr>
        <w:t xml:space="preserve"> Tables / chairs / tents / equipment   ☐ DJ / entertainment support   ☐ Inflatable / attraction support</w:t>
      </w:r>
    </w:p>
    <w:p w14:paraId="51EB6635" w14:textId="77777777" w:rsidR="0012384B" w:rsidRDefault="00D16284">
      <w:pPr>
        <w:spacing w:after="20" w:line="240" w:lineRule="auto"/>
      </w:pPr>
      <w:r>
        <w:rPr>
          <w:sz w:val="15"/>
        </w:rPr>
        <w:t>☐</w:t>
      </w:r>
      <w:r>
        <w:rPr>
          <w:sz w:val="15"/>
        </w:rPr>
        <w:t xml:space="preserve"> Paper goods / volunteer refreshments   ☐ Photography / professional services   ☐ Other: ____________________</w:t>
      </w:r>
    </w:p>
    <w:p w14:paraId="4EBCD3FF" w14:textId="77777777" w:rsidR="0012384B" w:rsidRDefault="00D16284">
      <w:pPr>
        <w:spacing w:before="60" w:after="40"/>
      </w:pPr>
      <w:r>
        <w:rPr>
          <w:b/>
          <w:sz w:val="20"/>
        </w:rPr>
        <w:t>PARTICIPATION &amp; PAYMENT</w:t>
      </w:r>
    </w:p>
    <w:tbl>
      <w:tblPr>
        <w:tblW w:w="10368" w:type="dxa"/>
        <w:jc w:val="center"/>
        <w:tblLayout w:type="fixed"/>
        <w:tblLook w:val="04A0" w:firstRow="1" w:lastRow="0" w:firstColumn="1" w:lastColumn="0" w:noHBand="0" w:noVBand="1"/>
      </w:tblPr>
      <w:tblGrid>
        <w:gridCol w:w="5184"/>
        <w:gridCol w:w="5184"/>
      </w:tblGrid>
      <w:tr w:rsidR="0012384B" w14:paraId="139A31E8" w14:textId="77777777">
        <w:trPr>
          <w:jc w:val="center"/>
        </w:trPr>
        <w:tc>
          <w:tcPr>
            <w:tcW w:w="5184" w:type="dxa"/>
            <w:tcBorders>
              <w:top w:val="single" w:sz="8" w:space="0" w:color="D4AF37"/>
              <w:left w:val="single" w:sz="8" w:space="0" w:color="D4AF37"/>
              <w:bottom w:val="single" w:sz="8" w:space="0" w:color="D4AF37"/>
              <w:right w:val="single" w:sz="8" w:space="0" w:color="D4AF37"/>
            </w:tcBorders>
            <w:tcMar>
              <w:top w:w="55" w:type="dxa"/>
              <w:left w:w="80" w:type="dxa"/>
              <w:bottom w:w="55" w:type="dxa"/>
              <w:right w:w="80" w:type="dxa"/>
            </w:tcMar>
            <w:vAlign w:val="center"/>
          </w:tcPr>
          <w:p w14:paraId="3D1DC82F" w14:textId="77777777" w:rsidR="0012384B" w:rsidRDefault="00D16284">
            <w:pPr>
              <w:spacing w:after="0" w:line="240" w:lineRule="auto"/>
            </w:pPr>
            <w:r>
              <w:rPr>
                <w:b/>
                <w:sz w:val="17"/>
              </w:rPr>
              <w:t>Booth Participation</w:t>
            </w:r>
          </w:p>
          <w:p w14:paraId="3A959827" w14:textId="77777777" w:rsidR="0012384B" w:rsidRDefault="00D16284">
            <w:pPr>
              <w:spacing w:after="0" w:line="240" w:lineRule="auto"/>
            </w:pPr>
            <w:r>
              <w:rPr>
                <w:sz w:val="16"/>
              </w:rPr>
              <w:t>☐</w:t>
            </w:r>
            <w:r>
              <w:rPr>
                <w:sz w:val="16"/>
              </w:rPr>
              <w:t xml:space="preserve"> Yes, we plan to operate a booth.</w:t>
            </w:r>
          </w:p>
          <w:p w14:paraId="17FAEB49" w14:textId="77777777" w:rsidR="0012384B" w:rsidRDefault="00D16284">
            <w:pPr>
              <w:spacing w:after="0" w:line="240" w:lineRule="auto"/>
            </w:pPr>
            <w:r>
              <w:rPr>
                <w:sz w:val="16"/>
              </w:rPr>
              <w:t>☐</w:t>
            </w:r>
            <w:r>
              <w:rPr>
                <w:sz w:val="16"/>
              </w:rPr>
              <w:t xml:space="preserve"> No booth requested.</w:t>
            </w:r>
          </w:p>
          <w:p w14:paraId="1020FE34" w14:textId="77777777" w:rsidR="0012384B" w:rsidRDefault="00D16284">
            <w:pPr>
              <w:spacing w:after="0" w:line="240" w:lineRule="auto"/>
            </w:pPr>
            <w:r>
              <w:rPr>
                <w:sz w:val="16"/>
              </w:rPr>
              <w:t>☐</w:t>
            </w:r>
            <w:r>
              <w:rPr>
                <w:sz w:val="16"/>
              </w:rPr>
              <w:t xml:space="preserve"> Please contact us to discuss booth options.</w:t>
            </w:r>
          </w:p>
          <w:p w14:paraId="5CC4CA95" w14:textId="77777777" w:rsidR="0012384B" w:rsidRDefault="00D16284">
            <w:pPr>
              <w:spacing w:after="0" w:line="240" w:lineRule="auto"/>
            </w:pPr>
            <w:r>
              <w:rPr>
                <w:b/>
                <w:sz w:val="17"/>
              </w:rPr>
              <w:t>Sponsor Assets</w:t>
            </w:r>
          </w:p>
          <w:p w14:paraId="049CB117" w14:textId="77777777" w:rsidR="0012384B" w:rsidRDefault="00D16284">
            <w:pPr>
              <w:spacing w:after="0" w:line="240" w:lineRule="auto"/>
            </w:pPr>
            <w:r>
              <w:rPr>
                <w:sz w:val="16"/>
              </w:rPr>
              <w:t>☐</w:t>
            </w:r>
            <w:r>
              <w:rPr>
                <w:sz w:val="16"/>
              </w:rPr>
              <w:t xml:space="preserve"> Logo will be provided by Oct. 15, 2026.</w:t>
            </w:r>
          </w:p>
          <w:p w14:paraId="0A42759B" w14:textId="77777777" w:rsidR="0012384B" w:rsidRDefault="00D16284">
            <w:pPr>
              <w:spacing w:after="0" w:line="240" w:lineRule="auto"/>
            </w:pPr>
            <w:r>
              <w:rPr>
                <w:sz w:val="16"/>
              </w:rPr>
              <w:t>☐</w:t>
            </w:r>
            <w:r>
              <w:rPr>
                <w:sz w:val="16"/>
              </w:rPr>
              <w:t xml:space="preserve"> Promotional materials requiring approval will be submitted in advance.</w:t>
            </w:r>
          </w:p>
        </w:tc>
        <w:tc>
          <w:tcPr>
            <w:tcW w:w="5184" w:type="dxa"/>
            <w:tcBorders>
              <w:top w:val="single" w:sz="8" w:space="0" w:color="D4AF37"/>
              <w:left w:val="single" w:sz="8" w:space="0" w:color="D4AF37"/>
              <w:bottom w:val="single" w:sz="8" w:space="0" w:color="D4AF37"/>
              <w:right w:val="single" w:sz="8" w:space="0" w:color="D4AF37"/>
            </w:tcBorders>
            <w:tcMar>
              <w:top w:w="55" w:type="dxa"/>
              <w:left w:w="80" w:type="dxa"/>
              <w:bottom w:w="55" w:type="dxa"/>
              <w:right w:w="80" w:type="dxa"/>
            </w:tcMar>
            <w:vAlign w:val="center"/>
          </w:tcPr>
          <w:p w14:paraId="32A68244" w14:textId="77777777" w:rsidR="0012384B" w:rsidRDefault="00D16284">
            <w:pPr>
              <w:spacing w:after="0" w:line="240" w:lineRule="auto"/>
            </w:pPr>
            <w:r>
              <w:rPr>
                <w:b/>
                <w:sz w:val="17"/>
              </w:rPr>
              <w:t>Payment Method</w:t>
            </w:r>
          </w:p>
          <w:p w14:paraId="38E04511" w14:textId="77777777" w:rsidR="0012384B" w:rsidRDefault="00D16284">
            <w:pPr>
              <w:spacing w:after="0" w:line="240" w:lineRule="auto"/>
            </w:pPr>
            <w:r>
              <w:rPr>
                <w:sz w:val="16"/>
              </w:rPr>
              <w:t>☐</w:t>
            </w:r>
            <w:r>
              <w:rPr>
                <w:sz w:val="16"/>
              </w:rPr>
              <w:t xml:space="preserve"> Cash     ☐ PayPal     ☐ Zelle</w:t>
            </w:r>
          </w:p>
          <w:p w14:paraId="0EC67944" w14:textId="77777777" w:rsidR="0012384B" w:rsidRDefault="00D16284">
            <w:pPr>
              <w:spacing w:after="0" w:line="240" w:lineRule="auto"/>
            </w:pPr>
            <w:r>
              <w:rPr>
                <w:sz w:val="16"/>
              </w:rPr>
              <w:t>☐</w:t>
            </w:r>
            <w:r>
              <w:rPr>
                <w:sz w:val="16"/>
              </w:rPr>
              <w:t xml:space="preserve"> Debit / Credit Card</w:t>
            </w:r>
          </w:p>
          <w:p w14:paraId="6F26E23E" w14:textId="77777777" w:rsidR="0012384B" w:rsidRDefault="00D16284">
            <w:pPr>
              <w:spacing w:after="0" w:line="240" w:lineRule="auto"/>
            </w:pPr>
            <w:r>
              <w:rPr>
                <w:sz w:val="16"/>
              </w:rPr>
              <w:t>☐</w:t>
            </w:r>
            <w:r>
              <w:rPr>
                <w:sz w:val="16"/>
              </w:rPr>
              <w:t xml:space="preserve"> Check / Other approved method: ____________</w:t>
            </w:r>
          </w:p>
          <w:p w14:paraId="41C25BBC" w14:textId="77777777" w:rsidR="0012384B" w:rsidRDefault="00D16284">
            <w:pPr>
              <w:spacing w:after="0" w:line="240" w:lineRule="auto"/>
            </w:pPr>
            <w:r>
              <w:rPr>
                <w:b/>
                <w:sz w:val="17"/>
              </w:rPr>
              <w:t>Amount Committed: $________________</w:t>
            </w:r>
          </w:p>
          <w:p w14:paraId="584614D6" w14:textId="77777777" w:rsidR="0012384B" w:rsidRDefault="00D16284">
            <w:pPr>
              <w:spacing w:after="0" w:line="240" w:lineRule="auto"/>
            </w:pPr>
            <w:r>
              <w:rPr>
                <w:sz w:val="16"/>
              </w:rPr>
              <w:t>Date Payment Expected: ______________</w:t>
            </w:r>
          </w:p>
        </w:tc>
      </w:tr>
    </w:tbl>
    <w:p w14:paraId="1D7954CB" w14:textId="77777777" w:rsidR="0012384B" w:rsidRDefault="00D16284">
      <w:pPr>
        <w:spacing w:before="60" w:after="40"/>
      </w:pPr>
      <w:r>
        <w:rPr>
          <w:b/>
          <w:sz w:val="20"/>
        </w:rPr>
        <w:t>SPONSOR AUTHORIZATION</w:t>
      </w:r>
    </w:p>
    <w:p w14:paraId="52B6BC79" w14:textId="77777777" w:rsidR="0012384B" w:rsidRDefault="00D16284">
      <w:pPr>
        <w:spacing w:after="20" w:line="240" w:lineRule="auto"/>
      </w:pPr>
      <w:r>
        <w:rPr>
          <w:b/>
          <w:sz w:val="17"/>
        </w:rPr>
        <w:t xml:space="preserve">Authorized Sponsor Representative: </w:t>
      </w:r>
      <w:r>
        <w:t>_______________________________________</w:t>
      </w:r>
    </w:p>
    <w:p w14:paraId="476947CC" w14:textId="77777777" w:rsidR="0012384B" w:rsidRDefault="00D16284">
      <w:pPr>
        <w:spacing w:after="20" w:line="240" w:lineRule="auto"/>
      </w:pPr>
      <w:r>
        <w:rPr>
          <w:b/>
          <w:sz w:val="17"/>
        </w:rPr>
        <w:t xml:space="preserve">Signature: </w:t>
      </w:r>
      <w:r>
        <w:t xml:space="preserve">___________________________________    </w:t>
      </w:r>
      <w:r>
        <w:rPr>
          <w:b/>
          <w:sz w:val="17"/>
        </w:rPr>
        <w:t xml:space="preserve">Date: </w:t>
      </w:r>
      <w:r>
        <w:t>_________________</w:t>
      </w:r>
    </w:p>
    <w:tbl>
      <w:tblPr>
        <w:tblW w:w="10368" w:type="dxa"/>
        <w:jc w:val="center"/>
        <w:tblLayout w:type="fixed"/>
        <w:tblLook w:val="04A0" w:firstRow="1" w:lastRow="0" w:firstColumn="1" w:lastColumn="0" w:noHBand="0" w:noVBand="1"/>
      </w:tblPr>
      <w:tblGrid>
        <w:gridCol w:w="10368"/>
      </w:tblGrid>
      <w:tr w:rsidR="0012384B" w14:paraId="2EB3880C" w14:textId="77777777">
        <w:trPr>
          <w:jc w:val="center"/>
        </w:trPr>
        <w:tc>
          <w:tcPr>
            <w:tcW w:w="10368" w:type="dxa"/>
            <w:tcBorders>
              <w:top w:val="single" w:sz="6" w:space="0" w:color="BFBFBF"/>
              <w:left w:val="single" w:sz="6" w:space="0" w:color="BFBFBF"/>
              <w:bottom w:val="single" w:sz="6" w:space="0" w:color="BFBFBF"/>
              <w:right w:val="single" w:sz="6" w:space="0" w:color="BFBFBF"/>
            </w:tcBorders>
            <w:shd w:val="clear" w:color="auto" w:fill="F7F7F7"/>
            <w:tcMar>
              <w:top w:w="55" w:type="dxa"/>
              <w:left w:w="90" w:type="dxa"/>
              <w:bottom w:w="55" w:type="dxa"/>
              <w:right w:w="90" w:type="dxa"/>
            </w:tcMar>
            <w:vAlign w:val="center"/>
          </w:tcPr>
          <w:p w14:paraId="2CF42EC8" w14:textId="77777777" w:rsidR="0012384B" w:rsidRDefault="00D16284">
            <w:pPr>
              <w:spacing w:after="0" w:line="240" w:lineRule="auto"/>
              <w:jc w:val="center"/>
            </w:pPr>
            <w:r>
              <w:rPr>
                <w:sz w:val="16"/>
              </w:rPr>
              <w:t>GHLO PSO Sponsorship Contact: Kimeisha McCullum, GHLO PSO President | ghlopso@greatheartstxschools.org | 678-296-3185</w:t>
            </w:r>
          </w:p>
        </w:tc>
      </w:tr>
    </w:tbl>
    <w:p w14:paraId="38770296" w14:textId="77777777" w:rsidR="00D16284" w:rsidRDefault="00D16284"/>
    <w:sectPr w:rsidR="00D16284" w:rsidSect="00034616">
      <w:pgSz w:w="12240" w:h="15840"/>
      <w:pgMar w:top="490" w:right="936" w:bottom="49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7296995">
    <w:abstractNumId w:val="8"/>
  </w:num>
  <w:num w:numId="2" w16cid:durableId="954095946">
    <w:abstractNumId w:val="6"/>
  </w:num>
  <w:num w:numId="3" w16cid:durableId="1341160951">
    <w:abstractNumId w:val="5"/>
  </w:num>
  <w:num w:numId="4" w16cid:durableId="266083939">
    <w:abstractNumId w:val="4"/>
  </w:num>
  <w:num w:numId="5" w16cid:durableId="573899535">
    <w:abstractNumId w:val="7"/>
  </w:num>
  <w:num w:numId="6" w16cid:durableId="1607350106">
    <w:abstractNumId w:val="3"/>
  </w:num>
  <w:num w:numId="7" w16cid:durableId="26487763">
    <w:abstractNumId w:val="2"/>
  </w:num>
  <w:num w:numId="8" w16cid:durableId="1008519">
    <w:abstractNumId w:val="1"/>
  </w:num>
  <w:num w:numId="9" w16cid:durableId="1581788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84B"/>
    <w:rsid w:val="0015074B"/>
    <w:rsid w:val="0029639D"/>
    <w:rsid w:val="00326F90"/>
    <w:rsid w:val="007F2D6B"/>
    <w:rsid w:val="00980D47"/>
    <w:rsid w:val="00AA1D8D"/>
    <w:rsid w:val="00B47730"/>
    <w:rsid w:val="00CB0664"/>
    <w:rsid w:val="00D162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197D6"/>
  <w14:defaultImageDpi w14:val="300"/>
  <w15:docId w15:val="{AB9B378E-A998-45F3-B28C-DF00E2206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Kimeisha Mc</cp:lastModifiedBy>
  <cp:revision>2</cp:revision>
  <dcterms:created xsi:type="dcterms:W3CDTF">2026-09-12T01:44:00Z</dcterms:created>
  <dcterms:modified xsi:type="dcterms:W3CDTF">2026-09-12T01:44:00Z</dcterms:modified>
  <cp:category/>
</cp:coreProperties>
</file>